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13.11.2021 lauantai</w:t>
      </w:r>
    </w:p>
    <w:p>
      <w:pPr>
        <w:pStyle w:val="Heading1"/>
      </w:pPr>
      <w:r>
        <w:t>13.11.2021 lauantai</w:t>
      </w:r>
    </w:p>
    <w:p>
      <w:pPr>
        <w:pStyle w:val="Heading2"/>
      </w:pPr>
      <w:r>
        <w:t>17:00-18:15 Pyhäinpäivän musiikkia: Baritoni Heikki Kilpeläinen, sopraano Mari Karjalainen ja ESMO Ensemble</w:t>
      </w:r>
    </w:p>
    <w:p>
      <w:r>
        <w:t>Baritoni Heikki Kilpeläinen, sopraano Mari Karjalainen ja ESMO Ensemble esittävät oratorioaarioita</w:t>
      </w:r>
    </w:p>
    <w:p>
      <w:r>
        <w:t>Liput 10 euroa, tuntia ennen ovelta (korttimaksusuositus)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