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5.11.2021 perjantai</w:t>
      </w:r>
    </w:p>
    <w:p>
      <w:pPr>
        <w:pStyle w:val="Heading1"/>
      </w:pPr>
      <w:r>
        <w:t>5.11.2021 perjantai</w:t>
      </w:r>
    </w:p>
    <w:p>
      <w:pPr>
        <w:pStyle w:val="Heading2"/>
      </w:pPr>
      <w:r>
        <w:t>19:00-20:15 Johanna Iivanainen - Broken River levynjulkaisukiertue</w:t>
      </w:r>
    </w:p>
    <w:p>
      <w:r>
        <w:t>SuomiLOVE ohjelmasta tuttu valovoimainen ja luonnonläheinen laulaja-lauluntekijä Johanna Iivanainen levynjulkaisukiertueella.</w:t>
      </w:r>
    </w:p>
    <w:p>
      <w:r>
        <w:t>Liput 22 €. Ennakkoon Nettilipun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