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kulttuurisali, Kompantie 22</w:t>
      </w:r>
    </w:p>
    <w:p>
      <w:r>
        <w:t>13.11.2021 lauantai</w:t>
      </w:r>
    </w:p>
    <w:p>
      <w:pPr>
        <w:pStyle w:val="Heading1"/>
      </w:pPr>
      <w:r>
        <w:t>13.11.2021-17.11.2021</w:t>
      </w:r>
    </w:p>
    <w:p>
      <w:pPr>
        <w:pStyle w:val="Heading2"/>
      </w:pPr>
      <w:r>
        <w:t>14:00-18:00 Robin Hood -musiikkinäytelmä</w:t>
      </w:r>
    </w:p>
    <w:p>
      <w:r>
        <w:t>Tuttu tarina sankarista nimeltä Robin Hood</w:t>
      </w:r>
    </w:p>
    <w:p>
      <w:r>
        <w:t>10 euroa, alle 12 v. maksutta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