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11.12.2021 lauantai</w:t>
      </w:r>
    </w:p>
    <w:p>
      <w:pPr>
        <w:pStyle w:val="Heading1"/>
      </w:pPr>
      <w:r>
        <w:t>11.12.2021 lauantai</w:t>
      </w:r>
    </w:p>
    <w:p>
      <w:pPr>
        <w:pStyle w:val="Heading2"/>
      </w:pPr>
      <w:r>
        <w:t>11:00-14:00 Joulumyyjäiset la 11.12 klo 11-14 Mäntyharjun Makasiinin Puoti &amp; Kahvilassa</w:t>
      </w:r>
    </w:p>
    <w:p>
      <w:r>
        <w:t>Makasiinin tunnelmallisissa tiloissa järjestetään ensimmäistä kertaa joulumyyjäiset.</w:t>
      </w:r>
    </w:p>
    <w:p>
      <w:r>
        <w:t>Myyjille paikat varattavissa verkkokaupastamme (linkki).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