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15:00-16:30 Elän Hetkessä -seniorimusikaalin nauhoitettu tallenne Kinossa</w:t>
      </w:r>
    </w:p>
    <w:p>
      <w:r>
        <w:t>Huikean menestyksen saaneen Elän Hetkessä -seniorimusikaalin tallenne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