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6.4.2022 keskiviikko</w:t>
      </w:r>
    </w:p>
    <w:p>
      <w:pPr>
        <w:pStyle w:val="Heading1"/>
      </w:pPr>
      <w:r>
        <w:t>6.4.2022 keskiviikko</w:t>
      </w:r>
    </w:p>
    <w:p>
      <w:pPr>
        <w:pStyle w:val="Heading2"/>
      </w:pPr>
      <w:r>
        <w:t>18:00-19:00 Kansanmusiikkiliiton kiertue: ALDA</w:t>
      </w:r>
    </w:p>
    <w:p>
      <w:r>
        <w:t>Kansanmusiikkiliiton kiertue saapuu jälleen Mäntyharjuun. Esiintyjänä ALDA.</w:t>
      </w:r>
    </w:p>
    <w:p>
      <w:r>
        <w:t>Liput 5 € ovelta ennen konsertin alkua. Alle 18-vuotiaat veloituksetta. Maksuvälineenä käy kortti, käteinen, ePassi ja Smartum.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