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Kulttuurisali, Mäntyharju</w:t>
      </w:r>
    </w:p>
    <w:p>
      <w:r>
        <w:t>1.7.2022 perjantai</w:t>
      </w:r>
    </w:p>
    <w:p>
      <w:pPr>
        <w:pStyle w:val="Heading1"/>
      </w:pPr>
      <w:r>
        <w:t>1.7.2022-2.7.2022</w:t>
      </w:r>
    </w:p>
    <w:p>
      <w:pPr>
        <w:pStyle w:val="Heading2"/>
      </w:pPr>
      <w:r>
        <w:t>10:00-16:00 Tilkkumessut 2022</w:t>
      </w:r>
    </w:p>
    <w:p>
      <w:r>
        <w:t>Tervetuloa Tilkkumessuille 1.-2.7.2022!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