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Suopellon mehuasema, Lustigintie 88</w:t>
      </w:r>
    </w:p>
    <w:p>
      <w:r>
        <w:t>26.2.2022 lauantai</w:t>
      </w:r>
    </w:p>
    <w:p>
      <w:pPr>
        <w:pStyle w:val="Heading1"/>
      </w:pPr>
      <w:r>
        <w:t>26.2.2022 lauantai</w:t>
      </w:r>
    </w:p>
    <w:p>
      <w:pPr>
        <w:pStyle w:val="Heading2"/>
      </w:pPr>
      <w:r>
        <w:t>11:00-11:30 Taideteko puhtaan järviluonnon puolesta</w:t>
      </w:r>
    </w:p>
    <w:p>
      <w:r>
        <w:t>Maakuntataiteilijoiden performanssi ladun varrella nostaa esiin puhtaan veden merkitystä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