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11.7.2022 maanantai</w:t>
      </w:r>
    </w:p>
    <w:p>
      <w:pPr>
        <w:pStyle w:val="Heading1"/>
      </w:pPr>
      <w:r>
        <w:t>11.7.2022 maanantai</w:t>
      </w:r>
    </w:p>
    <w:p>
      <w:pPr>
        <w:pStyle w:val="Heading2"/>
      </w:pPr>
      <w:r>
        <w:t>19:00-22:00 Kesäteatteri Turvetta ja timantteja</w:t>
      </w:r>
    </w:p>
    <w:p>
      <w:r>
        <w:t>Heikki Luoman ja Jukka Mäkisen rakastetun maalaiskomedian neljäs osa TURVETTA JA TIMANTTEJA saapuu Mäntyharjun kesäteatteriin.</w:t>
      </w:r>
    </w:p>
    <w:p>
      <w:r>
        <w:t>Liput netistä:Aikuiset 23e/Lapset 10e</w:t>
        <w:br/>
        <w:t>Liput portilta:Aikuiset 25e/Lapset 12e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