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13.8.2022 lauantai</w:t>
      </w:r>
    </w:p>
    <w:p>
      <w:pPr>
        <w:pStyle w:val="Heading1"/>
      </w:pPr>
      <w:r>
        <w:t>13.8.2022-14.8.2022</w:t>
      </w:r>
    </w:p>
    <w:p>
      <w:pPr>
        <w:pStyle w:val="Heading2"/>
      </w:pPr>
      <w:r>
        <w:t>22:00-01:00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 Aikuiset 23e/ Lapset 10e</w:t>
        <w:br/>
        <w:t>Liput portilta: Aikuiset 25e/ 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