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Askel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>16:00-18:00 Nuorten Paras kesätyö ikinä -infotilaisuus</w:t>
      </w:r>
    </w:p>
    <w:p>
      <w:r>
        <w:t>Nuorten Paras kesätyö ikinä -infotilaisuus 15-17-vuotiaille.</w:t>
        <w:br/>
        <w:br/>
        <w:t>Kaksi ajankohtaa: klo 16.00 ja klo 17.00.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