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27.3.2022 sunnuntai</w:t>
      </w:r>
    </w:p>
    <w:p>
      <w:pPr>
        <w:pStyle w:val="Heading1"/>
      </w:pPr>
      <w:r>
        <w:t>27.3.2022 sunnuntai</w:t>
      </w:r>
    </w:p>
    <w:p>
      <w:pPr>
        <w:pStyle w:val="Heading2"/>
      </w:pPr>
      <w:r>
        <w:t>13:00-15:00 Musiikkikomedia: Johannes ja Kyllikki Vironperällä</w:t>
      </w:r>
    </w:p>
    <w:p>
      <w:r>
        <w:t>Musiikkikomedia Johannes ja Kyllikki Vironperällä on hillitöntä hyvän mielen meininkiä.</w:t>
      </w:r>
    </w:p>
    <w:p>
      <w:r>
        <w:t>Liput 25 €, lunastetaan ovelta klo 12 alkaen. Vain käteismaksu. Liput voi varata ennakkoon ovelta noudettavaksi: ahonen.vesa@hotmail.com tai p. 0400 653 130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