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Villa Aurora</w:t>
      </w:r>
    </w:p>
    <w:p>
      <w:r>
        <w:t>5.8.2018 sunnuntai</w:t>
      </w:r>
    </w:p>
    <w:p>
      <w:pPr>
        <w:pStyle w:val="Heading1"/>
      </w:pPr>
      <w:r>
        <w:t>5.8.2018 sunnuntai</w:t>
      </w:r>
    </w:p>
    <w:p>
      <w:pPr>
        <w:pStyle w:val="Heading2"/>
      </w:pPr>
      <w:r>
        <w:t>15:00-15:55 Harmonikkakonsertti LOPPUUNMYYTY</w:t>
      </w:r>
    </w:p>
    <w:p>
      <w:r>
        <w:t>Harmonikkavirtuoosit Sofia ja Katariina Ahjoniemi konsertoivat suloisin sävelin.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