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Vola-Golf</w:t>
      </w:r>
    </w:p>
    <w:p>
      <w:r>
        <w:t>10.6.2018 sunnuntai</w:t>
      </w:r>
    </w:p>
    <w:p>
      <w:pPr>
        <w:pStyle w:val="Heading1"/>
      </w:pPr>
      <w:r>
        <w:t>10.6.2018 sunnuntai</w:t>
      </w:r>
    </w:p>
    <w:p>
      <w:pPr>
        <w:pStyle w:val="Heading2"/>
      </w:pPr>
      <w:r>
        <w:t>09:00-13:00 Vola-Golfin Green card -kurssi</w:t>
      </w:r>
    </w:p>
    <w:p>
      <w:r>
        <w:t>Haluatko oppia golfin saloihin? Green card -kurssilla opitaan golfin alkeet ja saadaan tiedot ja taidot joilla pystytään aloittamaan uusi harrastus...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