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15.7.2018 sunnuntai</w:t>
      </w:r>
    </w:p>
    <w:p>
      <w:pPr>
        <w:pStyle w:val="Heading1"/>
      </w:pPr>
      <w:r>
        <w:t>15.7.2018 sunnuntai</w:t>
      </w:r>
    </w:p>
    <w:p>
      <w:pPr>
        <w:pStyle w:val="Heading2"/>
      </w:pPr>
      <w:r>
        <w:t>15:00-16:00 Suomalaisen musiikin iltapäivä -konsertti</w:t>
      </w:r>
    </w:p>
    <w:p>
      <w:r>
        <w:t>Kaunista suomalaista musiikkia yksinlauluin ja duetoin !</w:t>
        <w:br/>
        <w:br/>
        <w:t xml:space="preserve">Baritoni Juha Kotilainen, sopraano Eilamaria Leskinen , pianist Joel Papinoja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