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Lomakeskus Tommolansalmi</w:t>
      </w:r>
    </w:p>
    <w:p>
      <w:r>
        <w:t>16.6.2018 lauantai</w:t>
      </w:r>
    </w:p>
    <w:p>
      <w:pPr>
        <w:pStyle w:val="Heading1"/>
      </w:pPr>
      <w:r>
        <w:t>16.6.2018 lauantai</w:t>
      </w:r>
    </w:p>
    <w:p>
      <w:pPr>
        <w:pStyle w:val="Heading2"/>
      </w:pPr>
      <w:r>
        <w:t>09:30-15:00 Kiireetön kierros - koko perheen pyöräilytapahtuma</w:t>
      </w:r>
    </w:p>
    <w:p>
      <w:r>
        <w:t>Perinteinen Kiireetön kierros -polkupyörätapahtuma uudistuu tänä vuonna. Tapahtumassa poljetaan niin ystävien kuin perheiden kanssa pitkin Korpijär...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