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23.5.2018 keskiviikko</w:t>
      </w:r>
    </w:p>
    <w:p>
      <w:pPr>
        <w:pStyle w:val="Heading1"/>
      </w:pPr>
      <w:r>
        <w:t>23.5.2018 keskiviikko</w:t>
      </w:r>
    </w:p>
    <w:p>
      <w:pPr>
        <w:pStyle w:val="Heading2"/>
      </w:pPr>
      <w:r>
        <w:t>17:00-19:00 Lajittelu- ja kompostointineuvonta kirjastoilla</w:t>
      </w:r>
    </w:p>
    <w:p>
      <w:r>
        <w:t>Kymenlaakson Jäte Oy:n kompostointi- ja lajitteluneuvontaa alkaen klo 17.00.  Lajitteluosiossa käydään käytännön esimerkein läpi jätteiden lajittel...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