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Konnesaarentie 1, 52730 KOIRAKIVI</w:t>
      </w:r>
    </w:p>
    <w:p>
      <w:r>
        <w:t>29.6.2018 perjantai</w:t>
      </w:r>
    </w:p>
    <w:p>
      <w:pPr>
        <w:pStyle w:val="Heading1"/>
      </w:pPr>
      <w:r>
        <w:t>29.6.2018 perjantai</w:t>
      </w:r>
    </w:p>
    <w:p>
      <w:pPr>
        <w:pStyle w:val="Heading2"/>
      </w:pPr>
      <w:r>
        <w:t>10:00-10:00 Pekan Pelit</w:t>
      </w:r>
    </w:p>
    <w:p>
      <w:r>
        <w:t>Pekka Törnroosin muistokilpailu Vola-Golfin par 3-kentällä. Sarjat: HCP 0-18, 18-36, 36-54. Ilmoittautumiset ke 27.6. klo 18.00 mennessä info(a)vol...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