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Rantapuisto Mäntyharju</w:t>
      </w:r>
    </w:p>
    <w:p>
      <w:r>
        <w:t>12.6.2018 tiistai</w:t>
      </w:r>
    </w:p>
    <w:p>
      <w:pPr>
        <w:pStyle w:val="Heading1"/>
      </w:pPr>
      <w:r>
        <w:t>12.6.2018-24.7.2018</w:t>
      </w:r>
    </w:p>
    <w:p>
      <w:pPr>
        <w:pStyle w:val="Heading2"/>
      </w:pPr>
      <w:r>
        <w:t>18:00-19:00 MäVin kesäjumpat PuistoLavis® (tiistaisin 12.6.-24.7.)</w:t>
      </w:r>
    </w:p>
    <w:p>
      <w:r>
        <w:t>Tule sinäkin kokeilemaan lavatanssijumppaa. Kertamaksu 5 €. Järj. Mäntyharjun Virkistys, Voimistelu- ja tanssijaosto, www.virkistys.fi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