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13.6.2018 keskiviikko</w:t>
      </w:r>
    </w:p>
    <w:p>
      <w:pPr>
        <w:pStyle w:val="Heading1"/>
      </w:pPr>
      <w:r>
        <w:t>13.6.2018-19.6.2018</w:t>
      </w:r>
    </w:p>
    <w:p>
      <w:pPr>
        <w:pStyle w:val="Heading2"/>
      </w:pPr>
      <w:r>
        <w:t>09:00-16:00 MäVin kesäleirit 13.-15.6. ja 18.-19.6. klo 9-16</w:t>
      </w:r>
    </w:p>
    <w:p>
      <w:r>
        <w:t>Liikuntaleiritoimintaa 7-13 vuotiaille lapsille liikuntahalli Kisalassa, urheilupuistossa ja Repovedellä. Keskiviikosta perjantaihin järjestetään 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