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B &amp; B Pinus</w:t>
      </w:r>
    </w:p>
    <w:p>
      <w:r>
        <w:t>26.5.2018 lauantai</w:t>
      </w:r>
    </w:p>
    <w:p>
      <w:pPr>
        <w:pStyle w:val="Heading1"/>
      </w:pPr>
      <w:r>
        <w:t>26.5.2018 lauantai</w:t>
      </w:r>
    </w:p>
    <w:p>
      <w:pPr>
        <w:pStyle w:val="Heading2"/>
      </w:pPr>
      <w:r>
        <w:t>12:00-15:00 Lautapelitapahtuma kaikenikäisille B &amp; B Pinuksessa</w:t>
      </w:r>
    </w:p>
    <w:p>
      <w:r>
        <w:t>Hei, tervetuloa leppoisaan lautapeli-tapahtumaan B &amp; B Pinukseen! Meillä on lautapelejä noin kolmisenkymmentä eli kaikenikäisille pelaajille löytyy...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