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22.8.2018 keskiviikko</w:t>
      </w:r>
    </w:p>
    <w:p>
      <w:pPr>
        <w:pStyle w:val="Heading1"/>
      </w:pPr>
      <w:r>
        <w:t>22.8.2018-29.8.2018</w:t>
      </w:r>
    </w:p>
    <w:p>
      <w:pPr>
        <w:pStyle w:val="Heading2"/>
      </w:pPr>
      <w:r>
        <w:t>18:00-18:00 Yleisurheilun Kunnanmestaruuskisat</w:t>
      </w:r>
    </w:p>
    <w:p>
      <w:r>
        <w:t>Lajit:</w:t>
        <w:br/>
        <w:br/>
        <w:t>T/P3 40 m, ei ajanottoa, palloheitto</w:t>
        <w:br/>
        <w:br/>
        <w:t>T/P5 40 m, pituus, pallonheitto</w:t>
        <w:br/>
        <w:br/>
        <w:t>T/P7 60 m, pituus, pallonheitto, 600 m</w:t>
        <w:br/>
        <w:br/>
        <w:t>T/P9 60 m, pituus, kiekko, 6...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