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Kuvalan tila</w:t>
      </w:r>
    </w:p>
    <w:p>
      <w:r>
        <w:t>30.6.2018 lauantai</w:t>
      </w:r>
    </w:p>
    <w:p>
      <w:pPr>
        <w:pStyle w:val="Heading1"/>
      </w:pPr>
      <w:r>
        <w:t>30.6.2018 lauantai</w:t>
      </w:r>
    </w:p>
    <w:p>
      <w:pPr>
        <w:pStyle w:val="Heading2"/>
      </w:pPr>
      <w:r>
        <w:t>10:00-14:00 Kuvalan Lihan tilapäivä</w:t>
      </w:r>
    </w:p>
    <w:p>
      <w:r>
        <w:t>Tervetuloa tutustumaan Kuvalan tilaan, tilan eläimiin sekä viettämään mukavan päivän maalla! Ohjelmassa mm. valokuvasuunnistusta lapsille ja keppih...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