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26.6.2018 tiistai</w:t>
      </w:r>
    </w:p>
    <w:p>
      <w:pPr>
        <w:pStyle w:val="Heading1"/>
      </w:pPr>
      <w:r>
        <w:t>26.6.2018-28.6.2018</w:t>
      </w:r>
    </w:p>
    <w:p>
      <w:pPr>
        <w:pStyle w:val="Heading2"/>
      </w:pPr>
      <w:r>
        <w:t>11:00-14:00 Jukka Vakkilan Futisleiri 7-15 v tytöille ja pojille</w:t>
      </w:r>
    </w:p>
    <w:p>
      <w:r>
        <w:t>Ex-maajoukkuevalmentaja Jukka Vakkilan kolmipäiväinen, monipuolinen futisleiri kaikille 7-15 vuotiaille tytöille ja pojille, taitotasoon katsomatta...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