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10, 52700 Mäntyharju</w:t>
      </w:r>
    </w:p>
    <w:p>
      <w:r>
        <w:t>26.5.2018 lauantai</w:t>
      </w:r>
    </w:p>
    <w:p>
      <w:pPr>
        <w:pStyle w:val="Heading1"/>
      </w:pPr>
      <w:r>
        <w:t>26.5.2018 lauantai</w:t>
      </w:r>
    </w:p>
    <w:p>
      <w:pPr>
        <w:pStyle w:val="Heading2"/>
      </w:pPr>
      <w:r>
        <w:t>13:00-13:00 Haimin hölkkä</w:t>
      </w:r>
    </w:p>
    <w:p>
      <w:r>
        <w:t>Partsimaan Iskun avoin kuntoilutapahtuma Haimin hölkkä. Sarjoja kaikille, myös kunto- ja kävelysarjat. Ei osallistumismaksua, parhaat palkitaan. Bu...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