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Valtolan urheilukenttä, Valtolantie 2220, 52890 Käävänkylä</w:t>
      </w:r>
    </w:p>
    <w:p>
      <w:r>
        <w:t>12.7.2018 torstai</w:t>
      </w:r>
    </w:p>
    <w:p>
      <w:pPr>
        <w:pStyle w:val="Heading1"/>
      </w:pPr>
      <w:r>
        <w:t>12.7.2018 torstai</w:t>
      </w:r>
    </w:p>
    <w:p>
      <w:pPr>
        <w:pStyle w:val="Heading2"/>
      </w:pPr>
      <w:r>
        <w:t>18:00-18:00 Pyöräilytapahtuma Partsimaanjärven ympäri</w:t>
      </w:r>
    </w:p>
    <w:p>
      <w:r>
        <w:t>Partsimaanjärven ympäriajo. Reitti järven ympäri on 11 kilometriä, ja lenkki sopii niin aloittelijoille kuin enemmän pyöräilleillekin. Ei osallistu...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