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18.8.2018 lauantai</w:t>
      </w:r>
    </w:p>
    <w:p>
      <w:pPr>
        <w:pStyle w:val="Heading1"/>
      </w:pPr>
      <w:r>
        <w:t>18.8.2018-19.8.2018</w:t>
      </w:r>
    </w:p>
    <w:p>
      <w:pPr>
        <w:pStyle w:val="Heading2"/>
      </w:pPr>
      <w:r>
        <w:t>09:00-14:30 Syksyn akvarellikurssi (viim. ilm. 10.8.2018)</w:t>
      </w:r>
    </w:p>
    <w:p>
      <w:r>
        <w:t>Kurssinumero 110304S. Lukuvuoden 2018-2019 ilmoittautuminen avautuu 28.6.2018 klo 12.30. Lisätietoja ja ilmoittautuminen osoitteessa https://opisto...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