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Kuvataideluokka (lukio-kansalaisopisto), Kompantie 22</w:t>
      </w:r>
    </w:p>
    <w:p>
      <w:r>
        <w:t>24.9.2018 maanantai</w:t>
      </w:r>
    </w:p>
    <w:p>
      <w:pPr>
        <w:pStyle w:val="Heading1"/>
      </w:pPr>
      <w:r>
        <w:t>24.9.2018-6.10.2018</w:t>
      </w:r>
    </w:p>
    <w:p>
      <w:pPr>
        <w:pStyle w:val="Heading2"/>
      </w:pPr>
      <w:r>
        <w:t>17:00-15:45 Kotikosmetiikkaa, info 24.9. ja kurssilauantai 6.10.2018 (viim. ilm. 17.9.2018)</w:t>
      </w:r>
    </w:p>
    <w:p>
      <w:r>
        <w:t>Kurssinumero 810401S. Lukuvuoden 2018-2019 ilmoittautuminen alkaa 28.6.2018 klo 12.30. Ilmoittautuminen osoitteessa https://opistopalvelut.fi/manty...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