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Iso-Pappila, Iso-Pappilantie 2</w:t>
      </w:r>
    </w:p>
    <w:p>
      <w:r>
        <w:t>12.10.2018 perjantai</w:t>
      </w:r>
    </w:p>
    <w:p>
      <w:pPr>
        <w:pStyle w:val="Heading1"/>
      </w:pPr>
      <w:r>
        <w:t>12.10.2018-14.10.2018</w:t>
      </w:r>
    </w:p>
    <w:p>
      <w:pPr>
        <w:pStyle w:val="Heading2"/>
      </w:pPr>
      <w:r>
        <w:t>17:00-00:00 Vanhasta uutta, turhasta toimivaa, viikonloppukurssi (viim.ilm. 5.10.2018)</w:t>
      </w:r>
    </w:p>
    <w:p>
      <w:r>
        <w:t>Kurssinumero 110409S. Lukuvuoden 2018-2019 ilmoittautuminen avautuu 28.6.2018 klo 12.30. Lisätietoja ja ilmoittautuminen osoitteessa https://opisto...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