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Kompantien Populus -luokka, Kompantie 22</w:t>
      </w:r>
    </w:p>
    <w:p>
      <w:r>
        <w:t>9.11.2018 perjantai</w:t>
      </w:r>
    </w:p>
    <w:p>
      <w:pPr>
        <w:pStyle w:val="Heading1"/>
      </w:pPr>
      <w:r>
        <w:t>9.11.2018-10.11.2018</w:t>
      </w:r>
    </w:p>
    <w:p>
      <w:pPr>
        <w:pStyle w:val="Heading2"/>
      </w:pPr>
      <w:r>
        <w:t>Punaisen Ristin Ensiapukurssi I tai kertaus, lyhytkurssi (viim.ilm. 1.11.2018)</w:t>
      </w:r>
    </w:p>
    <w:p>
      <w:r>
        <w:t>Kurssinumero 830201S.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