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Kuvataideluokka (lukio-kansalaisopisto), Kompantie 22</w:t>
      </w:r>
    </w:p>
    <w:p>
      <w:r>
        <w:t>10.11.2018 lauantai</w:t>
      </w:r>
    </w:p>
    <w:p>
      <w:pPr>
        <w:pStyle w:val="Heading1"/>
      </w:pPr>
      <w:r>
        <w:t>10.11.2018-11.11.2018</w:t>
      </w:r>
    </w:p>
    <w:p>
      <w:pPr>
        <w:pStyle w:val="Heading2"/>
      </w:pPr>
      <w:r>
        <w:t>09:00-00:00 Lasinsulatus, viikonloppukurssi (viim.ilm. 2.11.2018)</w:t>
      </w:r>
    </w:p>
    <w:p>
      <w:r>
        <w:t>Kurssinumero 110312S. Lisätiedot ja ilmoittautuminen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