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Herajärven Itkonlahti</w:t>
      </w:r>
    </w:p>
    <w:p>
      <w:r>
        <w:t>16.7.2018 maanantai</w:t>
      </w:r>
    </w:p>
    <w:p>
      <w:pPr>
        <w:pStyle w:val="Heading1"/>
      </w:pPr>
      <w:r>
        <w:t>16.7.2018-20.7.2018</w:t>
      </w:r>
    </w:p>
    <w:p>
      <w:pPr>
        <w:pStyle w:val="Heading2"/>
      </w:pPr>
      <w:r>
        <w:t>10:00-12:00 Lasten uimakoulu Herajärven Itkonlahdessa</w:t>
      </w:r>
    </w:p>
    <w:p>
      <w:r>
        <w:t>Uimakoulut on tarkoitettu yli 5-vuotiaille lapsille. Ennakkoilmoittautumiset 1.6.-11.6., puh. 050 343 8569/ opettaja Eetu Louhivuori. Osallistumism...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