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kotitalousluokka, Sairaalatie 4</w:t>
      </w:r>
    </w:p>
    <w:p>
      <w:r>
        <w:t>14.1.2019 maanantai</w:t>
      </w:r>
    </w:p>
    <w:p>
      <w:pPr>
        <w:pStyle w:val="Heading1"/>
      </w:pPr>
      <w:r>
        <w:t>14.1.2019 maanantai</w:t>
      </w:r>
    </w:p>
    <w:p>
      <w:pPr>
        <w:pStyle w:val="Heading2"/>
      </w:pPr>
      <w:r>
        <w:t>16:15-20:30 Sushi-kurssi, 1 arki-ilta (viim. ilm. 7.1.2019)</w:t>
      </w:r>
    </w:p>
    <w:p>
      <w:r>
        <w:t>Kurssinumero 810203K.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