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Kompantien Populus -luokka, Kompantie 22</w:t>
      </w:r>
    </w:p>
    <w:p>
      <w:r>
        <w:t>6.4.2019 lauantai</w:t>
      </w:r>
    </w:p>
    <w:p>
      <w:pPr>
        <w:pStyle w:val="Heading1"/>
      </w:pPr>
      <w:r>
        <w:t>6.4.2019-13.4.2019</w:t>
      </w:r>
    </w:p>
    <w:p>
      <w:pPr>
        <w:pStyle w:val="Heading2"/>
      </w:pPr>
      <w:r>
        <w:t>Suomen Punaisen Ristin Ensiapukurssi I tai kertaus (viim. ilm. 28.3.2019)</w:t>
      </w:r>
    </w:p>
    <w:p>
      <w:r>
        <w:t>Kurssinumero 830202K . Lisätiedot ja ilmoittautuminen https://opistopalvelut.fi/mantyharju/index.php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