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kotitalousluokka, Sairaalatie 4</w:t>
      </w:r>
    </w:p>
    <w:p>
      <w:r>
        <w:t>13.4.2019 lauantai</w:t>
      </w:r>
    </w:p>
    <w:p>
      <w:pPr>
        <w:pStyle w:val="Heading1"/>
      </w:pPr>
      <w:r>
        <w:t>13.4.2019 lauantai</w:t>
      </w:r>
    </w:p>
    <w:p>
      <w:pPr>
        <w:pStyle w:val="Heading2"/>
      </w:pPr>
      <w:r>
        <w:t>10:00-16:00 Juhlaleivonnaiset ja erilaiset kakut (viim. ilm. 4.4.2019)</w:t>
      </w:r>
    </w:p>
    <w:p>
      <w:r>
        <w:t>Kurssinumero 810204K.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