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Pieni liikuntasali (lukio-kansalaisopisto) Kompantie 22)</w:t>
      </w:r>
    </w:p>
    <w:p>
      <w:r>
        <w:t>29.6.2019 lauantai</w:t>
      </w:r>
    </w:p>
    <w:p>
      <w:pPr>
        <w:pStyle w:val="Heading1"/>
      </w:pPr>
      <w:r>
        <w:t>29.6.2019-30.6.2019</w:t>
      </w:r>
    </w:p>
    <w:p>
      <w:pPr>
        <w:pStyle w:val="Heading2"/>
      </w:pPr>
      <w:r>
        <w:t>Lempeä kesäjooga 2019, viikonloppukurssi (viim. ilm. 24.6.2019)</w:t>
      </w:r>
    </w:p>
    <w:p>
      <w:r>
        <w:t>Kurssinumero 830127K. Lisätiedot ja ilmoittautuminen https://opistopalvelut.fi/mantyharju/index.php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