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2.7.2018 maanantai</w:t>
      </w:r>
    </w:p>
    <w:p>
      <w:pPr>
        <w:pStyle w:val="Heading1"/>
      </w:pPr>
      <w:r>
        <w:t>2.7.2018 maanantai</w:t>
      </w:r>
    </w:p>
    <w:p>
      <w:pPr>
        <w:pStyle w:val="Heading2"/>
      </w:pPr>
      <w:r>
        <w:t>16:00-17:00 Susanna Uusitalon Koreja käsin-kirjan julkistamistilaisuus</w:t>
      </w:r>
    </w:p>
    <w:p>
      <w:r>
        <w:t>Tervetuloa Koreja käsin -kirjan julkistamistilaisuuteen Mäntyharjun kirjastoon maanantaina, heinäkuun 2. päivänä klo 16.00.</w:t>
        <w:br/>
        <w:br/>
        <w:br/>
        <w:br/>
        <w:t>Kirjailija Susanna 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