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Iso-Pappila </w:t>
      </w:r>
    </w:p>
    <w:p>
      <w:r>
        <w:t>18.7.2018 keskiviikko</w:t>
      </w:r>
    </w:p>
    <w:p>
      <w:pPr>
        <w:pStyle w:val="Heading1"/>
      </w:pPr>
      <w:r>
        <w:t>18.7.2018 keskiviikko</w:t>
      </w:r>
    </w:p>
    <w:p>
      <w:pPr>
        <w:pStyle w:val="Heading2"/>
      </w:pPr>
      <w:r>
        <w:t>13:00-16:00 Potkuhousutrubaduuri laulaa ja laulattaa Iso-Pappilassa</w:t>
      </w:r>
    </w:p>
    <w:p>
      <w:r>
        <w:t>Keskiviikkona 18.7.  Mäntyharjun kulttuuripalvelut tarjoaa lapsille ja perheille kesäistä lasten ohjelmaa Iso-Pappilan museon pihapiirissä. Tähtenä...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