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Skeittiparkki (Yhtenäiskoulu)</w:t>
      </w:r>
    </w:p>
    <w:p>
      <w:r>
        <w:t>3.8.2018 perjantai</w:t>
      </w:r>
    </w:p>
    <w:p>
      <w:pPr>
        <w:pStyle w:val="Heading1"/>
      </w:pPr>
      <w:r>
        <w:t>3.8.2018 perjantai</w:t>
      </w:r>
    </w:p>
    <w:p>
      <w:pPr>
        <w:pStyle w:val="Heading2"/>
      </w:pPr>
      <w:r>
        <w:t>16:00-19:00 Skedeparkin avajaiset!</w:t>
      </w:r>
    </w:p>
    <w:p>
      <w:r>
        <w:t>Skeittiparkin viralliset avajaiset perjantaina 3.8.18 klo: 16:00-19:00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