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 Askel, 4.krs, Pyhävedentie </w:t>
      </w:r>
    </w:p>
    <w:p>
      <w:r>
        <w:t>25.2.2019 maanantai</w:t>
      </w:r>
    </w:p>
    <w:p>
      <w:pPr>
        <w:pStyle w:val="Heading1"/>
      </w:pPr>
      <w:r>
        <w:t>25.2.2019-1.3.2019</w:t>
      </w:r>
    </w:p>
    <w:p>
      <w:pPr>
        <w:pStyle w:val="Heading2"/>
      </w:pPr>
      <w:r>
        <w:t>09:00-14:00 Talviloman Pajapäivät 25.2.-1.3.2019</w:t>
      </w:r>
    </w:p>
    <w:p>
      <w:r>
        <w:t>Alakouluikäisten lasten (ei eskarit) talviloman pajapäivät, päiväleiri ma 25.2.- pe 1.3.2019 joka päivä klo 9-14. Tukikohtana toimii 4H:n kerhotila...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