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Nuorisotila Askel, Ateljee, Pyhävedentie </w:t>
      </w:r>
    </w:p>
    <w:p>
      <w:r>
        <w:t>29.11.2018 torstai</w:t>
      </w:r>
    </w:p>
    <w:p>
      <w:pPr>
        <w:pStyle w:val="Heading1"/>
      </w:pPr>
      <w:r>
        <w:t>29.11.2018 torstai</w:t>
      </w:r>
    </w:p>
    <w:p>
      <w:pPr>
        <w:pStyle w:val="Heading2"/>
      </w:pPr>
      <w:r>
        <w:t>16:00-18:00 Jouluinen kädentaitopaja lapsille ja nuorille</w:t>
      </w:r>
    </w:p>
    <w:p>
      <w:r>
        <w:t>Lapsille ja nuorille suunnattu jouluinen kädentaitopaja Askeleen Ateljeessa to 29.11. klo 16-18. Ei ennakkoilmoittautumista, maksuton. Nonstop-paja...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