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27.10.2018 lauantai</w:t>
      </w:r>
    </w:p>
    <w:p>
      <w:pPr>
        <w:pStyle w:val="Heading1"/>
      </w:pPr>
      <w:r>
        <w:t>27.10.2018-28.10.2018</w:t>
      </w:r>
    </w:p>
    <w:p>
      <w:pPr>
        <w:pStyle w:val="Heading2"/>
      </w:pPr>
      <w:r>
        <w:t>22:00-01:30 Pasi @ Päältäajettavat Nosteessa</w:t>
      </w:r>
    </w:p>
    <w:p>
      <w:r>
        <w:t>Pasi &amp; Päältäajettavat on mikkeliläinen, Vehmaskylän pelloilta voimansa ammentava, vuodesta 2010 yhdessä soittanut viisihenkinen bändi.</w:t>
        <w:br/>
        <w:br/>
        <w:br/>
        <w:br/>
        <w:t>Alkuvaih...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