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Lukion pieni sali, Kompantie 22</w:t>
      </w:r>
    </w:p>
    <w:p>
      <w:r>
        <w:t>27.12.2018 torstai</w:t>
      </w:r>
    </w:p>
    <w:p>
      <w:pPr>
        <w:pStyle w:val="Heading1"/>
      </w:pPr>
      <w:r>
        <w:t>27.12.2018 torstai</w:t>
      </w:r>
    </w:p>
    <w:p>
      <w:pPr>
        <w:pStyle w:val="Heading2"/>
      </w:pPr>
      <w:r>
        <w:t>17:00-20:00 Kinkunsulatusjumppa</w:t>
      </w:r>
    </w:p>
    <w:p>
      <w:r>
        <w:t>Kinkunsulatusjumpassa on kolmen erilaisen tunnin aikana luvassa sykettä, lihaskuntoa ja rentoutumista. Illan aikataulu julkaistaan joulukuussa.</w:t>
        <w:br/>
        <w:br/>
        <w:br/>
        <w:br/>
        <w:t>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