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Naisten Messut Savontie 2, 52700 Mäntyharju</w:t>
      </w:r>
    </w:p>
    <w:p>
      <w:r>
        <w:t>16.12.2018 sunnuntai</w:t>
      </w:r>
    </w:p>
    <w:p>
      <w:pPr>
        <w:pStyle w:val="Heading1"/>
      </w:pPr>
      <w:r>
        <w:t>16.12.2018 sunnuntai</w:t>
      </w:r>
    </w:p>
    <w:p>
      <w:pPr>
        <w:pStyle w:val="Heading2"/>
      </w:pPr>
      <w:r>
        <w:t>12:00-15:00 Naisten Messut</w:t>
      </w:r>
    </w:p>
    <w:p>
      <w:r>
        <w:t>Perinteinen myyjäistapahtuma: käsitöitä ja lahjatavaroita, joulukoristeita,</w:t>
        <w:br/>
        <w:br/>
        <w:t>leivonnaisia ym. Kahvio ja kinkkuarpajaiset.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