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Halmela, Halmenmiementie 264, 52850 Halmeniemi</w:t>
      </w:r>
    </w:p>
    <w:p>
      <w:r>
        <w:t>8.12.2018 lauantai</w:t>
      </w:r>
    </w:p>
    <w:p>
      <w:pPr>
        <w:pStyle w:val="Heading1"/>
      </w:pPr>
      <w:r>
        <w:t>8.12.2018 lauantai</w:t>
      </w:r>
    </w:p>
    <w:p>
      <w:pPr>
        <w:pStyle w:val="Heading2"/>
      </w:pPr>
      <w:r>
        <w:t>16:00-18:00 Kauneimmat Joululaulut Halmeniemellä</w:t>
      </w:r>
    </w:p>
    <w:p>
      <w:r>
        <w:t>Kauneimmat Joululaulut, säestys Eero Kantola. Tarjolla kahvia ja glögiä sekä myyjäispöytä ja arpajaiset. Arpajaisten tuotto menee Halmelan kunnostu...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