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Yhtenäiskoulun musiikkiluokka, Sairaalatie 4</w:t>
      </w:r>
    </w:p>
    <w:p>
      <w:r>
        <w:t>8.6.2019 lauantai</w:t>
      </w:r>
    </w:p>
    <w:p>
      <w:pPr>
        <w:pStyle w:val="Heading1"/>
      </w:pPr>
      <w:r>
        <w:t>8.6.2019 lauantai</w:t>
      </w:r>
    </w:p>
    <w:p>
      <w:pPr>
        <w:pStyle w:val="Heading2"/>
      </w:pPr>
      <w:r>
        <w:t>10:00-16:00 Poplaulun ja ilmaisun kesäkurssi 2019, yksi lauantai</w:t>
      </w:r>
    </w:p>
    <w:p>
      <w:r>
        <w:t>Opettajana Satu Tillanen (MuM) www.satutillanen.weebly.com. Ilmoittautuminen ja lisätiedot http://opisto.mantyharju.fi --&gt; Ilmoittautuminen kurssei...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