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18:00-20:00 Yleisurheilun Silja Line Seurakisat</w:t>
      </w:r>
    </w:p>
    <w:p>
      <w:r>
        <w:t>Yleisurheilukilpailut</w:t>
        <w:br/>
        <w:br/>
        <w:t>Matalan kynnyksen Silja Line Seurakisat lapsille ja aikuisille järjestetään Urheilupuistossa (Urheilutie 1). Lisätietoja: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