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23.4.2019 tiistai</w:t>
      </w:r>
    </w:p>
    <w:p>
      <w:pPr>
        <w:pStyle w:val="Heading1"/>
      </w:pPr>
      <w:r>
        <w:t>23.4.2019 tiistai</w:t>
      </w:r>
    </w:p>
    <w:p>
      <w:pPr>
        <w:pStyle w:val="Heading2"/>
      </w:pPr>
      <w:r>
        <w:t>14:00-15:00 Yhteislaulutilaisuus kirjastossa</w:t>
      </w:r>
    </w:p>
    <w:p>
      <w:r>
        <w:t>Yhteislaulutilaisuus Mäntyharjun kirjastossa. Säestäjänä Veijo Louhivuori. Vapaa pääsy. Tervetuloa!</w:t>
        <w:br/>
        <w:br/>
        <w:br/>
        <w:br/>
        <w:t>Tapahtuma on osa Mäntyharjun kirjaston Lukuv...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