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24.4.2019 keskiviikko</w:t>
      </w:r>
    </w:p>
    <w:p>
      <w:pPr>
        <w:pStyle w:val="Heading1"/>
      </w:pPr>
      <w:r>
        <w:t>24.4.2019 keskiviikko</w:t>
      </w:r>
    </w:p>
    <w:p>
      <w:pPr>
        <w:pStyle w:val="Heading2"/>
      </w:pPr>
      <w:r>
        <w:t>17:30-18:30 Novellikoukku kirjastolla- tule kuuntelemaan novelleja</w:t>
      </w:r>
    </w:p>
    <w:p>
      <w:r>
        <w:t>Novellikoukku järjestetään Mäntyharjun kirjastossa Lukuviikolla 24.4.2019 klo 17.30. Novellikoukussa kuunnellaan novelleja käsitöitä tehden. Lukija...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