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 &amp; B Pinus</w:t>
      </w:r>
    </w:p>
    <w:p>
      <w:r>
        <w:t>25.5.2019 lauantai</w:t>
      </w:r>
    </w:p>
    <w:p>
      <w:pPr>
        <w:pStyle w:val="Heading1"/>
      </w:pPr>
      <w:r>
        <w:t>25.5.2019 lauantai</w:t>
      </w:r>
    </w:p>
    <w:p>
      <w:pPr>
        <w:pStyle w:val="Heading2"/>
      </w:pPr>
      <w:r>
        <w:t>11:00-14:00 Ravintolapäivä ja Avoimet Ovet</w:t>
      </w:r>
    </w:p>
    <w:p>
      <w:r>
        <w:t>Lämpimästi tervetuloa B&amp;B Pinuksen vuosittaiseen Ravintolapäivään ja Avointen Ovien Päivään! Pääset nauttimaan herkuistamme ja tutustumaan majoitus...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